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משפחה קרובה למשפחה מורחבת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שייכות ואת רעיון המעגלים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שמשפחות יכולות להיראות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משפחות רבות וכל אחת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משפחה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משפחה מורחבת כוללת סבים ודודים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מושג של 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המעגל הקרוב הוא הקטן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 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סבים, דודים ובני 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ההרגשה שאני חלק מקבוצה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הבת של הדוד או הדודה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סבתא שגרה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נוצר מעגל קטן ואז מעגלים גדולים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המשפחה שבחרתי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בת 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(סבים, דודים ובני 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(ההרגשה שאני חלק מקבוצה)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(גרים איתי או מגדלים אותי)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שהם כמו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(הבת של הדוד או הדודה)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זורקים אבן לשלולית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נוצר מעגל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נוצר מעגל גדול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נוצרים עוד ועוד מעגלים מסביב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לדוגמה: במעגל הקרוב ההורים והאחים, במעגל המורחב הסבים והדודים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משפחות גדולות, קטנות, עם הורה אחד, עם סבים שגרים בבית וכדומה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גרים איתי, מגדלים אותי; מורחבת - סבים, דודים, 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הרגשה של להיות חלק מקבוצה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של אדם קרוב שאינו קרוב 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בציור מעגלי המשפחה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צורה אחת נכונה למשפחה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מומלץ לעבוד בזוגות לפני בדיקה 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הרעיון שמשפחה היא כמו אבן שזורקים לשלולית – נוצרים מעגלים, מעגל קטן של משפחה קרובה ומעגלים גדולים יותר של משפחה מורחבת ואנשים שהם כמו משפחה.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נראות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קרובה היא האנשים שגרים איתי או מגדלים אותי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 שייכים למשפחה המורחבת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שיהיו לי אנשים שהם כמו משפחה בלי קרבת 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היא הרגשה שאני חלק מקבוצה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המשפחה הקרובה הוא תמיד המעגל הכי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רב 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משפחה מורחבת?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ההורים והילדים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סבים, דודים ובני 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ההגדרה של שייכות?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ההרגשה שאני חלק מקבוצה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 דודה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הבת של הדוד או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הדוגמה של איתי, מי גר איתו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הדודה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 שגרה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 רבא שגר בכפר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 הדודה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כשזורקים אבן לשלולית, מה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נוצר מעגל קטן ואז מעגלים גדולים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קורה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נוצר ריבוע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המים נעלמים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יכול להיחשב כמו משפחה גם בלי קרבת 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המשפחה שבחרתי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הדודה והדוד, הסבים ובני הדודים שייכים למשפחה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האנשים שגרים איתי או מגדלים אותי הם 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ההרגשה שאני חלק מקבוצה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הבת של הדוד או הדודה שלי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כשזורקים אבן לשלולית נוצר קודם מעגל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ההרגשה שאני חלק מקבוצה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שהם כמו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הבת של הדוד או הדודה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סבים, דודים ובני דודים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 דודה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גרים איתי או מגדלים אותי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נוצרים עוד ועוד מעגלים מסביב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מעגל גדול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נוצר מעגל קטן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זורקים אבן לשלולית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מי נמצא במעגל הקרוב שלכם ומי נמצא במעגל המורחב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המשפחות נראות בצורות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משפחה קרובה למשפחה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למישהו שהוא כמו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