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משפחה קרובה למשפחה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שייכות ואת רעיון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שמשפחות יכולות להיראות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משפחות רבות וכל אחת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משפחה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משפחה מורחבת כוללת סבים ודודים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מושג של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המעגל הקרוב הוא הקטן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ההרגשה שאני חלק מקבוצה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הבת של הדוד או הדודה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סבתא שגרה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נוצר מעגל קטן ואז מעגלים גדולים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בת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(ההרגשה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(הבת של הדוד או הדודה)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לשלולית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נוצר מעגל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נוצר מעגל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עוד ועוד מעגלים מסביב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במעגל הקרוב ההורים והאחים, במעגל המורחב הסבים והדודים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משפחות גדולות, קטנות, עם הורה אחד, עם סבים שגרים בבית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איתי, מגדלים אותי; מורחבת - סבים, דודים, 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הרגשה של להיות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של אדם קרוב שאינו קרוב 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מעגלי המשפחה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צורה אחת נכונה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לפני בדיקה 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משפחה קרובה ומשפחה מורחבת. יש מעגל קטן ומעגלים גדולים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שגרים איתי או מגדלים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סבים, דודים, דודות ובני דודים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ההרגשה שאני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בת דודה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הבת של הדוד או הדודה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סביבי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המשפחה שבחרתי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שהם כמו משפחה גם בלי קרבת 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נראות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קרובה היא האנשים שגרים איתי או מגדלים אותי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שייכים למשפחה 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שיהיו לי אנשים שהם כמו משפחה בלי קרבת 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היא הרגשה שאני חלק מקבוצה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המשפחה הקרובה הוא תמיד המעגל הכי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במשפחה המורחבת?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ההורים והילדים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ההרגשה שאני חלק מקבוצה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זאת בת דודה?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הבת של הדוד או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גר עם איתי?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הדודה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שגרה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שגר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כשזורקים אבן 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נוצר מעגל קטן ואז מעגלים גדולים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קורה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נוצר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זה המשפחה שבחרתי?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שבחרתי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הדודה והדוד, הסבים ובני הדודים שייכים למשפחה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האנשים שגרים איתי או מגדלים אותי הם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ההרגשה שאני חלק מקבוצה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הבת של הדוד או הדודה שלי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כשזורקים אבן לשלולית נוצר קודם מעגל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ההרגשה שאני חלק מקבוצה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גרים איתי או מגדלים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הבת של הדוד או הדודה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דודה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סבים, דודים ובני 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נוצרים עוד ועוד מעגלים מסביב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מעגל גדול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זורקים אבן לשלולית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מעגל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 נמצא במעגל הקרוב שלכם ומי נמצא במעגל המורחב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המשפחות נראות בצורות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למישהו שהוא כמו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