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משפחה קרובה למשפחה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שייכות ואת רעיון המעגלים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שמשפחות יכולות להיראות בדרכים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משפחות רבות וכל אחת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משפחה 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משפחה מורחבת כוללת סבים ודודים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סבים, דודים ובני 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ההרגשה שאני חלק מקבוצה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הבת של הדוד או הדודה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(סבים, דודים ובני 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(ההרגשה שאני חלק מקבוצה)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(גרים איתי או מגדלים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(אנשים שהם כמו 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זורקים אבן לשלולית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נוצר מעגל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נוצר מעגל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נוצרים עוד ועוד מעגלים מסביב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לדוגמה: במעגל הקרוב ההורים והאחים, במעגל המורחב הסבים והדודים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משפחה קרובה - גרים איתי, מגדלים אותי; מורחבת - סבים, דודים, בני דודים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הרגשה של להיות חלק מקבוצה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של אדם קרוב שאינו קרוב 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בציור מעגלי המשפחה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צורה אחת נכונה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מומלץ לעבוד בזוגות לפני בדיקה משותפת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הרעיון שמשפחה היא כמו אבן שזורקים לשלולית – נוצרים מעגלים, מעגל קטן של משפחה קרובה ומעגלים גדולים יותר של משפחה מורחבת ואנשים שהם כמו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קרובה  ·  מורחבת  ·  שייכות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המשפחות נראות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משפחה קרובה היא האנשים שגרים איתי או מגדלים אותי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סבא וסבתא שייכים למשפחה המורחבת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זו משפחה מורחבת?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ההורים והילדים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סבים, דודים ובני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ההגדרה של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 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ההרגשה שאני חלק מקבוצה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בת דודה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אחות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הבת של הדוד או הדודה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אמא שלי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הדודה והדוד, הסבים ובני הדודים שייכים למשפחה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האנשים שגרים איתי או מגדלים אותי הם 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ההרגשה שאני חלק מקבוצה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משפחה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אנשים שהם כמו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גרים איתי או מגדלים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משפחה קרובה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סבים, דודים ובני דודים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המשפחה שבחרתי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ההרגשה שאני חלק מקבוצה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נוצרים עוד ועוד מעגלים מסביב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נוצר מעגל גדול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נוצר מעגל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זורקים אבן לשלולית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מי נמצא במעגל הקרוב שלכם ומי נמצא במעגל המורחב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משפחה קרובה למשפחה מורחבת?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שייכות?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המעגלים של הלב – המשפחה הקרובה והמורחבת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